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שכתוב משפטים – דיבור ישיר↔עקיף, צירוף↔משפט, פעיל↔סביל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ההבדל בין דיבור ישיר לדיבור עקיף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להפוך משפט עם "כדי" לצירוף שם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לשכתב משפטים מפעיל לסביל ולהפך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הניסוח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הם התאמנו לשם שיפור הכושר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התלמידה קראה את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מה שקורה בדיבור ישיר, לא עקיף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משפט פעיל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דיבור ישיר לדיבור עקיף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(רונית אמרה שהיא עייפה.)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(הילדים אמרו שילכו לטיול למחרת.)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(דני אמר שהוא קרא את הספר.)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(נועה אמרה שהיא אוהבת לצייר.)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שכתבו את המשפטים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המבחנים נבדקו על ידי המורה.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יוסי אמר שהוא שמח מאוד.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 משפטי דיבור ישיר נכונים עם מירכאות, ו-3 משפטים מקבילים בדיבור עקיף עם שינוי גוף וזמן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פעיל: הנושא מבצע; סביל: הנושא מקבל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מוציאים את הפועל ושמים שם פעולה במקומו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גוף ראשון (אני) הופך לגוף שלישי (הוא/היא)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בדוגמה אחת מכל סוג על הלוח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(skip_n)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חלק ההתאמה יחד בעל פה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שכתוב משפטים – דיבור ישיר↔עקיף, צירוף↔משפט, פעיל↔סביל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שלוש דרכים לשכתב משפטים: דיבור ישיר מול עקיף, משפט מול צירוף, ופעיל מול סביל. בכל תרגיל שימו לב מה משתנה במשפט ומה נשאר אותו דבר.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כדי  ·  ישיר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הניסוח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שכתבו כצירוף: "הם התאמנו כדי לשפר את הכושר."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הם התאמנו ושיפרו כושר לשם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הם התאמנו בגלל שיפור הכושר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הם התאמנו לשם שיפור הכושר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שכתבו כפעיל: "הספר נקרא על ידי התלמידה."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התלמידה קראה את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הספר קרא את התלמידה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התלמידה נקראה על ידי הספר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בדיבור עקיף משתמשים במילים המדויקות של הדובר בתוך מירכאות.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במשפט פעיל, הנושא מבצע את הפעולה.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דיבור __________ משתמש במילים המדויקות של הדובר, בתוך מירכאות.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את המילה "__________" במשפט "הם התאמנו כדי לשפר" אפשר להפוך לצירוף "לשם שיפור הכושר".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דיבור ישיר לדיבור עקיף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"אני עייפה", אמרה רונית.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הילדים אמרו שילכו לטיול למחרת.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"נלך לטיול מחר", אמרו הילדים.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דני אמר שהוא קרא את הספר.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"קראתי את הספר", אמר דני.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נועה אמרה שהיא אוהבת לצייר.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"אני אוהבת לצייר", אמרה נועה.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רונית אמרה שהיא עייפה.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שכתבו את המשפטים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שכתבו כמשפט סביל: "המורה בדקה את המבחנים."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שכתבו כדיבור עקיף: "אני שמח מאוד", אמר יוסי.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 בדיבור ישיר על חוויה שלכם, ואז שכתבו כל אחד מהם בדיבור עקיף.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משפט פעיל למשפט סביל?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הופכים משפט עם "כדי" לצירוף?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שכתוב משפטים – דיבור ישיר↔עקיף, צירוף↔משפט, פעיל↔סביל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