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ישיר↔עקיף, צירוף↔משפט, פעיל↔סביל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ההבדל בין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להפוך משפט עם "כדי" לצירוף שם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לשכתב משפטים מפעיל לסביל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הניסוח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הם התאמנו לשם שיפור הכושר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היא קראה לשם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המכתב נכתב על ידי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דנה אמרה שהיא תבוא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התלמידה קראה את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מה שקורה בדיבור ישיר, לא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למשל: לשפר הופך לשיפור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משפט 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משפט 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דיבור ישיר נכתב תמיד בתוך מירכאות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דיבור ישיר לדיבור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(רונית אמרה שהיא עייפה.)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(הילדים אמרו שילכו לטיול למחרת.)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(דני אמר שהוא קרא את הספר.)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(נועה אמרה שהיא אוהבת לצייר.)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(התלמידים הבטיחו שיבואו בזמן.)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שכתבו את המשפטים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המבחנים נבדקו על ידי המורה.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למדו לשם הצלחה במבחן.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יוסי אמר שהוא שמח מאוד.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 משפטי דיבור ישיר נכונים עם מירכאות, ו-3 משפטים מקבילים בדיבור עקיף עם שינוי גוף וזמן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פעיל: הנושא מבצע; סביל: הנושא מקבל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מוציאים את הפועל ושמים שם פעולה במקומו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 (אני) הופך לגוף שלישי (הוא/היא)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אחת מכל סוג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ההתאמה יחד בעל פה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שכתוב משפטים – דיבור ישיר↔עקיף, צירוף↔משפט, פעיל↔סביל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איך לכתוב משפט בצורה אחרת, בלי לשנות את המשמעות. יש שלוש דרכים: דיבור ישיר ועקיף, משפט וצירוף, פעיל וסביל.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ישיר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המילים המדויקות שמישהו אמר, בתוך מירכאות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מה מישהו אמר, בלי המילים המדויקות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בלי פועל מרכזי, למשל: לשם שיפור הכושר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בו נושא ופועל, למשל: הם התאמנו כדי לשפר את הכושר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במשפט מבצע את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במשפט מקבל את הפעולה ולא מבצע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או מקבל את הפעולה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מדבר: אני, אתה, הוא וכו׳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הניסוח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הצירוף הנכון במקום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התאמנו ושיפרו כושר לשם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התאמנו בגלל שיפור הכושר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התאמנו לשם שיפור הכושר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התאמנו למרות שיפור הכושר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הצירוף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קראה לשם הבנת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קראה ובגלל כך הבינה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קראה למרות הבנת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קראה אבל לא הבינה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איזה משפט הוא סביל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כתב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המכתב נכתב על ידי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נכתב במכתב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המכתב כתב את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המשפט בדיבור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 אמרה שאני אבוא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 אמרה שהיא תבוא למחרת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דנה אמרה שהיא באה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דנה שאלה אם תבוא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המשפט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התלמידה קראה את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 קרא את התלמידה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התלמידה נקראה על ידי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הספר נקרא בעצמו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בדיבור עקיף משתמשים במילים המדויקות של הדובר בתוך מירכאות.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כשהופכים משפט לצירוף, מוציאים את הפועל ושמים במקומו שם 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פעיל, הנושא מבצע את הפעולה.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סביל, הנושא מקבל את הפעולה ולא מבצע אותה.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ישיר נכתב תמיד בלי מירכאות.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דיבור __________ משתמש במילים המדויקות של הדובר, בתוך מירכאות.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 המילה "__________" במשפט "הם התאמנו כדי לשפר" אפשר להפוך לצירוף "לשם שיפור הכושר".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__________ הפועל כתוב בצורה כמו נכתב או נקרא.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כשהופכים דיבור ישיר לעקיף, גוף ראשון (אני) הופך לגוף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"אני עייפה", אמרה רונית.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התלמידים הבטיחו שיבואו בזמן.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"נלך לטיול מחר", אמרו הילדים.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נועה אמרה שהיא אוהבת לצייר.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"קראתי את הספר", אמר דני.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הילדים אמרו שילכו לטיול למחרת.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"אני אוהבת לצייר", אמרה נועה.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דני אמר שהוא קרא את הספר.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"נבוא בזמן", הבטיחו התלמידים.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רונית אמרה שהיא עייפה.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שכתבו את המשפטים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שכתבו כמשפט סביל: "המורה בדקה את המבחנים."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שכתבו כצירוף: "התלמידים למדו כדי להצליח במבחן."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שכתבו כדיבור עקיף: "אני שמח מאוד", אמר יוסי.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בדיבור ישיר על חוויה שלכם, ואז שכתבו כל אחד מהם בדיבור עקיף.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משפט פעיל למשפט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הופכים משפט עם "כדי" לצירוף?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לגוף הראשון כשהופכים דיבור ישיר לעקיף?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שכתוב משפטים – דיבור ישיר↔עקיף, צירוף↔משפט, פעיל↔סביל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